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דיבור ישיר ודיבור עקיף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משתמשים במירכאות ומתי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משפטים מדיבור ישיר לדיבור עקיף ולהפך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דיבור עקיף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המירכאות מסמנות ציטוט מדויק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בדיבור עקיף אין מירכאות כי לא מצטטים מילה במילה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הנקודתיים מפרידות בין פועל האמירה לציטוט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למשל אני אבוא הופך להוא 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דיבור עקיף הוא סיפור בלשון שלנו, לא ציטוט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נקודתיים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מירכאות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דיבור ישיר לדיבור עקיף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(המורה אמרה שהיא גאה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(דני אמר שהוא ישחק כדורסל)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(הילדה שאלה איפה הכלב 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(אמא אמרה שהיא תבוא מאוחר)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(המורה הכריזה שהמבחן נדחה)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דן אמר שהוא עייף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רונית אמרה: "אני נסעתי לים"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במירכאות משתמשים כשמצטטים מילים מדויקות בדיבור ישיר, ובדיבור עקיף אין מירכאות כי מספרים את התוכן במילים שלנו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ראשון עם מירכאות ונקודתיים נכונים, משפט שני בלי מירכאות עם שינוי גוף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תקינים ברצף הגיוני, הסבר קצר על השינוי במירכאות, בגוף ובמילת החיבור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דיבור ישיר מצטט מילים מדויקות, דיבור עקיף מספר את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מירכאות (לעיתים גם נקודתיים לפני הציטוט)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פועל אמירה, נקודתיים ומירכאות סביב הדברים שנאמרו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על הלוח משפט אחד בשתי הצורות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לשים לב לשינויי גוף (אני-הוא/היא) כשעוברים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דיבור ישיר ודיבור עקיף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אפשר לספר מה מישהו אמר בשתי דרכים: דיבור ישיר - מצטטים את המילים המדויקות בתוך מירכאות, ודיבור עקיף - מספרים את התוכן במילים שלנו, בלי מירכאות.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הילד אמר: "אני רעב מאוד"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רוני סיפרה שהיא הלכה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המורה שאלה: "מי הכין את השיעורים?"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אבא אמר שהוא יחזור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הילדה צעקה: "זהירות!"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המורה הסבירה שהבחינה תהיה ביום רביעי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דיבור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בדיבור ישיר משתמשים במירכאות סביב המשפט שנאמר במקור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בדיבור עקיף יש תמיד מירכאות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דיבור ישיר לרוב מופיעות נקודתיים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בדיבור עקיף הגוף במשפט יכול להשתנות, למשל מגוף ראשון לגוף שלישי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עקיף הוא ציטוט מדויק של מה שמישהו אמר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נועה אמרה: "__________ מוכנה ללכת"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כשעוברים מדיבור ישיר לדיבור עקיף, משתמשים לרוב במילת החיבור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בדיבור ישיר, לפני המירכאות מופיע לרוב סימן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דני אמר: "אני אבוא מחר" הופך בדיבור עקיף ל: דני אמר שהוא __________ מחר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 המילים שנאמרו במדויק כותבים בתוך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דיבור ישיר לדיבור עקיף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המורה אמרה: "אני גאה בכם"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המורה הכריזה שהמבחן נדחה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דני אמר: "אני אשחק כדורסל"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אמא אמרה שהיא תבוא מאוחר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הילדה שאלה: "איפה הכלב שלי?"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דני אמר שהוא ישחק כדורסל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אמא אמרה: "אני אבוא מאוחר"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הילדה שאלה איפה הכלב 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המורה הכריזה: "המבחן נדחה"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המורה אמרה שהיא גאה בהם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מחדש בדיבור עקיף: דן אמר: "אני עייף היום"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מחדש בדיבור ישיר: רונית סיפרה שהיא נסעה 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מתי משתמשים במירכאות ומתי לא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בדיבור ישיר עם מירכאות ונקודתיים, ואחריו כתבו אותו משפט בדיבור עקיף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משפט משיחה שהייתה לכם היום וכתבו אותו פעם בדיבור ישיר ופעם בדיבור עקיף, הסבירו מה השתנה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דיבור ישיר לדיבור עקיף?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סימן פיסוק משתמשים בדיבור ישיר שלא מופיע בדיבור עקיף?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לדיבור ישיר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דיבור ישיר ודיבור עקיף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